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16CF0" w14:textId="77777777" w:rsidR="00CA2513" w:rsidRDefault="00017244">
      <w:pPr>
        <w:pStyle w:val="Heading1"/>
        <w:jc w:val="center"/>
      </w:pPr>
      <w:r>
        <w:t>🐾 PAWFEST 2026 ROYAL COURT SIGN-UP FORM 🐾</w:t>
      </w:r>
    </w:p>
    <w:p w14:paraId="343CFD84" w14:textId="77777777" w:rsidR="00CA2513" w:rsidRDefault="00017244">
      <w:pPr>
        <w:jc w:val="center"/>
      </w:pPr>
      <w:r>
        <w:rPr>
          <w:b/>
        </w:rPr>
        <w:t>Saturday, October 3, 2026</w:t>
      </w:r>
      <w:r>
        <w:rPr>
          <w:b/>
        </w:rPr>
        <w:br/>
      </w:r>
      <w:r>
        <w:t>10:00 AM – 4:00 PM</w:t>
      </w:r>
      <w:r>
        <w:br/>
        <w:t>Bay Saint Louis Depot</w:t>
      </w:r>
      <w:r>
        <w:br/>
      </w:r>
      <w:r>
        <w:br/>
      </w:r>
    </w:p>
    <w:p w14:paraId="1CAB5301" w14:textId="77777777" w:rsidR="00CA2513" w:rsidRDefault="00017244">
      <w:pPr>
        <w:pStyle w:val="Heading2"/>
      </w:pPr>
      <w:r>
        <w:t>Participant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A2513" w14:paraId="26840EDB" w14:textId="77777777">
        <w:trPr>
          <w:jc w:val="center"/>
        </w:trPr>
        <w:tc>
          <w:tcPr>
            <w:tcW w:w="4320" w:type="dxa"/>
          </w:tcPr>
          <w:p w14:paraId="739C1AC3" w14:textId="77777777" w:rsidR="00CA2513" w:rsidRDefault="00017244">
            <w:r>
              <w:t>Name</w:t>
            </w:r>
          </w:p>
        </w:tc>
        <w:tc>
          <w:tcPr>
            <w:tcW w:w="4320" w:type="dxa"/>
          </w:tcPr>
          <w:p w14:paraId="46BB9D08" w14:textId="77777777" w:rsidR="00CA2513" w:rsidRDefault="00017244">
            <w:r>
              <w:t>________________________</w:t>
            </w:r>
          </w:p>
        </w:tc>
      </w:tr>
      <w:tr w:rsidR="00CA2513" w14:paraId="78BF0DAC" w14:textId="77777777">
        <w:trPr>
          <w:jc w:val="center"/>
        </w:trPr>
        <w:tc>
          <w:tcPr>
            <w:tcW w:w="4320" w:type="dxa"/>
          </w:tcPr>
          <w:p w14:paraId="333A9DF5" w14:textId="77777777" w:rsidR="00CA2513" w:rsidRDefault="00017244">
            <w:r>
              <w:t>Phone</w:t>
            </w:r>
          </w:p>
        </w:tc>
        <w:tc>
          <w:tcPr>
            <w:tcW w:w="4320" w:type="dxa"/>
          </w:tcPr>
          <w:p w14:paraId="6ACA94E5" w14:textId="77777777" w:rsidR="00CA2513" w:rsidRDefault="00017244">
            <w:r>
              <w:t>________________________</w:t>
            </w:r>
          </w:p>
        </w:tc>
      </w:tr>
      <w:tr w:rsidR="00CA2513" w14:paraId="052D2990" w14:textId="77777777">
        <w:trPr>
          <w:jc w:val="center"/>
        </w:trPr>
        <w:tc>
          <w:tcPr>
            <w:tcW w:w="4320" w:type="dxa"/>
          </w:tcPr>
          <w:p w14:paraId="547C82AF" w14:textId="77777777" w:rsidR="00CA2513" w:rsidRDefault="00017244">
            <w:r>
              <w:t>Email</w:t>
            </w:r>
          </w:p>
        </w:tc>
        <w:tc>
          <w:tcPr>
            <w:tcW w:w="4320" w:type="dxa"/>
          </w:tcPr>
          <w:p w14:paraId="47AE4F83" w14:textId="77777777" w:rsidR="00CA2513" w:rsidRDefault="00017244">
            <w:r>
              <w:t>________________________</w:t>
            </w:r>
          </w:p>
        </w:tc>
      </w:tr>
      <w:tr w:rsidR="00CA2513" w14:paraId="529EB691" w14:textId="77777777">
        <w:trPr>
          <w:jc w:val="center"/>
        </w:trPr>
        <w:tc>
          <w:tcPr>
            <w:tcW w:w="4320" w:type="dxa"/>
          </w:tcPr>
          <w:p w14:paraId="30A02C0A" w14:textId="77777777" w:rsidR="00CA2513" w:rsidRDefault="00017244">
            <w:r>
              <w:t>Royal Court Level</w:t>
            </w:r>
          </w:p>
        </w:tc>
        <w:tc>
          <w:tcPr>
            <w:tcW w:w="4320" w:type="dxa"/>
          </w:tcPr>
          <w:p w14:paraId="0BC6545A" w14:textId="77777777" w:rsidR="00CA2513" w:rsidRDefault="00017244">
            <w:r>
              <w:t>________________________</w:t>
            </w:r>
          </w:p>
        </w:tc>
      </w:tr>
      <w:tr w:rsidR="00CA2513" w14:paraId="69D726F2" w14:textId="77777777">
        <w:trPr>
          <w:jc w:val="center"/>
        </w:trPr>
        <w:tc>
          <w:tcPr>
            <w:tcW w:w="4320" w:type="dxa"/>
          </w:tcPr>
          <w:p w14:paraId="2DCEC985" w14:textId="77777777" w:rsidR="00CA2513" w:rsidRDefault="00017244">
            <w:r>
              <w:t>Amount</w:t>
            </w:r>
          </w:p>
        </w:tc>
        <w:tc>
          <w:tcPr>
            <w:tcW w:w="4320" w:type="dxa"/>
          </w:tcPr>
          <w:p w14:paraId="7115BBEB" w14:textId="77777777" w:rsidR="00CA2513" w:rsidRDefault="00017244">
            <w:r>
              <w:t>________________________</w:t>
            </w:r>
          </w:p>
        </w:tc>
      </w:tr>
    </w:tbl>
    <w:p w14:paraId="7DFE066D" w14:textId="77777777" w:rsidR="00CA2513" w:rsidRDefault="00017244">
      <w:r>
        <w:br/>
        <w:t>Royal Court Levels:</w:t>
      </w:r>
      <w:r>
        <w:br/>
        <w:t>☐ King/Queen – $500</w:t>
      </w:r>
      <w:r>
        <w:br/>
        <w:t>☐ Duke/Duchess – $250</w:t>
      </w:r>
      <w:r>
        <w:br/>
        <w:t>☐ Lord/Lady – $100</w:t>
      </w:r>
      <w:r>
        <w:br/>
        <w:t>☐ Prince/Princess – $100</w:t>
      </w:r>
      <w:r>
        <w:br/>
        <w:t>☐ Jester – $50</w:t>
      </w:r>
    </w:p>
    <w:p w14:paraId="15496EBF" w14:textId="77777777" w:rsidR="00CA2513" w:rsidRDefault="00017244">
      <w:pPr>
        <w:pStyle w:val="Heading2"/>
      </w:pPr>
      <w:r>
        <w:t>Payment</w:t>
      </w:r>
    </w:p>
    <w:p w14:paraId="4E16CDE6" w14:textId="2200E2DF" w:rsidR="00437667" w:rsidRDefault="00017244">
      <w:r>
        <w:t>Payment Method: ☐ Cash  ☐ Check  ☐ Credit Card  ☐ Other: __________</w:t>
      </w:r>
    </w:p>
    <w:p w14:paraId="7B50DE9C" w14:textId="77777777" w:rsidR="00437667" w:rsidRDefault="00437667" w:rsidP="00437667">
      <w:pPr>
        <w:pStyle w:val="NormalWeb"/>
      </w:pPr>
      <w:r>
        <w:t xml:space="preserve">Please return the completed form to John Brdecka at </w:t>
      </w:r>
      <w:r>
        <w:rPr>
          <w:rStyle w:val="Strong"/>
        </w:rPr>
        <w:t>jbrdecka@hancock.lib.ms.us</w:t>
      </w:r>
      <w:r>
        <w:t>.</w:t>
      </w:r>
    </w:p>
    <w:p w14:paraId="6878F3C4" w14:textId="77777777" w:rsidR="00437667" w:rsidRDefault="00437667" w:rsidP="00437667">
      <w:pPr>
        <w:pStyle w:val="NormalWeb"/>
      </w:pPr>
      <w:r>
        <w:t>Once your form is received, we will contact you to coordinate payment and provide payment instructions.</w:t>
      </w:r>
    </w:p>
    <w:p w14:paraId="032C9207" w14:textId="77777777" w:rsidR="00437667" w:rsidRDefault="00437667" w:rsidP="00437667">
      <w:pPr>
        <w:pStyle w:val="NormalWeb"/>
      </w:pPr>
      <w:r>
        <w:rPr>
          <w:rFonts w:ascii="Apple Color Emoji" w:hAnsi="Apple Color Emoji" w:cs="Apple Color Emoji"/>
        </w:rPr>
        <w:t>🐾</w:t>
      </w:r>
      <w:r>
        <w:t xml:space="preserve"> </w:t>
      </w:r>
      <w:r>
        <w:rPr>
          <w:rStyle w:val="Strong"/>
        </w:rPr>
        <w:t>Thank you for supporting PAW*FEST 2026!</w:t>
      </w:r>
      <w:r>
        <w:t xml:space="preserve"> </w:t>
      </w:r>
      <w:r>
        <w:rPr>
          <w:rFonts w:ascii="Apple Color Emoji" w:hAnsi="Apple Color Emoji" w:cs="Apple Color Emoji"/>
        </w:rPr>
        <w:t>🐾</w:t>
      </w:r>
    </w:p>
    <w:p w14:paraId="4EC7EDA0" w14:textId="774660AE" w:rsidR="00CA2513" w:rsidRDefault="00017244">
      <w:r>
        <w:br/>
      </w:r>
    </w:p>
    <w:sectPr w:rsidR="00CA25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160465">
    <w:abstractNumId w:val="8"/>
  </w:num>
  <w:num w:numId="2" w16cid:durableId="14382490">
    <w:abstractNumId w:val="6"/>
  </w:num>
  <w:num w:numId="3" w16cid:durableId="628635429">
    <w:abstractNumId w:val="5"/>
  </w:num>
  <w:num w:numId="4" w16cid:durableId="1403453624">
    <w:abstractNumId w:val="4"/>
  </w:num>
  <w:num w:numId="5" w16cid:durableId="85660596">
    <w:abstractNumId w:val="7"/>
  </w:num>
  <w:num w:numId="6" w16cid:durableId="1630621218">
    <w:abstractNumId w:val="3"/>
  </w:num>
  <w:num w:numId="7" w16cid:durableId="1269004239">
    <w:abstractNumId w:val="2"/>
  </w:num>
  <w:num w:numId="8" w16cid:durableId="1357074433">
    <w:abstractNumId w:val="1"/>
  </w:num>
  <w:num w:numId="9" w16cid:durableId="290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244"/>
    <w:rsid w:val="00031F57"/>
    <w:rsid w:val="00034616"/>
    <w:rsid w:val="0006063C"/>
    <w:rsid w:val="000B7BED"/>
    <w:rsid w:val="0015074B"/>
    <w:rsid w:val="0029639D"/>
    <w:rsid w:val="00326F90"/>
    <w:rsid w:val="00437667"/>
    <w:rsid w:val="006834CC"/>
    <w:rsid w:val="0071049B"/>
    <w:rsid w:val="008723A4"/>
    <w:rsid w:val="00AA1D8D"/>
    <w:rsid w:val="00AB3D77"/>
    <w:rsid w:val="00B47730"/>
    <w:rsid w:val="00C15B74"/>
    <w:rsid w:val="00CA2513"/>
    <w:rsid w:val="00CB0664"/>
    <w:rsid w:val="00CC31A4"/>
    <w:rsid w:val="00F860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EF70D5"/>
  <w14:defaultImageDpi w14:val="300"/>
  <w15:docId w15:val="{6820D513-B7BA-0247-9612-F54E6255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376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66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7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Brdecka HANCOCK</cp:lastModifiedBy>
  <cp:revision>3</cp:revision>
  <cp:lastPrinted>2026-07-15T12:04:00Z</cp:lastPrinted>
  <dcterms:created xsi:type="dcterms:W3CDTF">2026-07-23T18:44:00Z</dcterms:created>
  <dcterms:modified xsi:type="dcterms:W3CDTF">2026-09-08T15:38:00Z</dcterms:modified>
  <cp:category/>
</cp:coreProperties>
</file>